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Approval email template: using this year’s training budget</w:t>
      </w:r>
    </w:p>
    <w:p>
      <w:r>
        <w:rPr>
          <w:i/>
        </w:rPr>
        <w:t>Copy the email below into a new message, fill in the parts in square brackets, attach the one-page manager overview from eavolve and send it. Delete this introduction before sending.</w:t>
      </w:r>
    </w:p>
    <w:p/>
    <w:p>
      <w:r>
        <w:rPr>
          <w:b/>
        </w:rPr>
        <w:t xml:space="preserve">Subject: </w:t>
      </w:r>
      <w:r>
        <w:t>Approval needed by [date]: using [£amount] of this year’s training budget</w:t>
      </w:r>
    </w:p>
    <w:p>
      <w:r>
        <w:t>Hi [name],</w:t>
      </w:r>
    </w:p>
    <w:p>
      <w:r>
        <w:t>I would like to put [£amount] of this year’s remaining training budget towards the [programme name] with eavolve, who train Executive Assistants and Personal Assistants only. It costs [£price] plus VAT, they invoice in 2026 so it comes out of this year’s allocation, and I would attend on [date, or a 2027 date once their calendar is published].</w:t>
      </w:r>
    </w:p>
    <w:p>
      <w:r>
        <w:t>Here is what you get from it. The day is built around how I support you: protecting your time, preparing you better for what reaches you, and taking more off your desk. If it gives you back even an hour a week it has paid for itself within the quarter, and you should see the difference in the diary within a month. I will report back to you then on what has changed.</w:t>
      </w:r>
    </w:p>
    <w:p>
      <w:r>
        <w:t>There is nothing for you to do beyond saying yes. eavolve can raise the invoice or take a purchase order the same day, [colleague] will cover my desk, and I will do the usual handover. Their one-page overview for managers is attached.</w:t>
      </w:r>
    </w:p>
    <w:p>
      <w:r>
        <w:t>Could you approve this by [date]? The money needs to be committed by 15 December or it goes back into the central budget.</w:t>
      </w:r>
    </w:p>
    <w:p>
      <w:r>
        <w:t>Thank you,</w:t>
      </w:r>
    </w:p>
    <w:p>
      <w:r>
        <w:t>[Your name]</w:t>
      </w:r>
    </w:p>
    <w:p/>
    <w:p>
      <w:r>
        <w:rPr>
          <w:sz w:val="18"/>
        </w:rPr>
        <w:t>eavolve Limited, Regency Court, 62-66 Deansgate, Manchester M3 2EN. eavolve.co.uk/training-budget/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